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8A2" w:rsidRPr="00267270" w:rsidRDefault="00267270" w:rsidP="00267270">
      <w:pPr>
        <w:pStyle w:val="Nzev"/>
        <w:jc w:val="center"/>
        <w:rPr>
          <w:rFonts w:ascii="Arial" w:hAnsi="Arial" w:cs="Arial"/>
          <w:sz w:val="32"/>
          <w:szCs w:val="32"/>
        </w:rPr>
      </w:pPr>
      <w:r w:rsidRPr="00267270">
        <w:rPr>
          <w:rFonts w:ascii="Arial" w:hAnsi="Arial" w:cs="Arial"/>
          <w:sz w:val="32"/>
          <w:szCs w:val="32"/>
        </w:rPr>
        <w:t>EVIDENČNÍ LIST DÍTĚTE</w:t>
      </w:r>
    </w:p>
    <w:p w:rsidR="004678A2" w:rsidRPr="00267270" w:rsidRDefault="00267270">
      <w:pPr>
        <w:jc w:val="center"/>
        <w:rPr>
          <w:rFonts w:ascii="Arial" w:hAnsi="Arial" w:cs="Arial"/>
        </w:rPr>
      </w:pPr>
      <w:r w:rsidRPr="00267270">
        <w:rPr>
          <w:rFonts w:ascii="Arial" w:hAnsi="Arial" w:cs="Arial"/>
          <w:b/>
        </w:rPr>
        <w:t>Dětská skupina Včeličky a Dětská skupina Medvídci</w:t>
      </w:r>
    </w:p>
    <w:p w:rsidR="004678A2" w:rsidRPr="00267270" w:rsidRDefault="00267270">
      <w:pPr>
        <w:pStyle w:val="Nadpis2"/>
        <w:rPr>
          <w:rFonts w:ascii="Arial" w:hAnsi="Arial" w:cs="Arial"/>
          <w:sz w:val="22"/>
          <w:szCs w:val="22"/>
        </w:rPr>
      </w:pPr>
      <w:r w:rsidRPr="00267270">
        <w:rPr>
          <w:rFonts w:ascii="Arial" w:hAnsi="Arial" w:cs="Arial"/>
          <w:color w:val="1F4E79"/>
          <w:sz w:val="22"/>
          <w:szCs w:val="22"/>
        </w:rPr>
        <w:t>1. Údaje o dítěti</w:t>
      </w:r>
    </w:p>
    <w:p w:rsidR="004678A2" w:rsidRPr="00267270" w:rsidRDefault="00267270">
      <w:pPr>
        <w:rPr>
          <w:rFonts w:ascii="Arial" w:hAnsi="Arial" w:cs="Arial"/>
          <w:sz w:val="18"/>
          <w:szCs w:val="18"/>
        </w:rPr>
      </w:pPr>
      <w:r w:rsidRPr="00267270">
        <w:rPr>
          <w:rFonts w:ascii="Arial" w:hAnsi="Arial" w:cs="Arial"/>
          <w:sz w:val="18"/>
          <w:szCs w:val="18"/>
        </w:rPr>
        <w:t>Jméno a příjmení: ____________________________________</w:t>
      </w:r>
    </w:p>
    <w:p w:rsidR="004678A2" w:rsidRPr="00267270" w:rsidRDefault="00267270">
      <w:pPr>
        <w:rPr>
          <w:rFonts w:ascii="Arial" w:hAnsi="Arial" w:cs="Arial"/>
          <w:sz w:val="18"/>
          <w:szCs w:val="18"/>
        </w:rPr>
      </w:pPr>
      <w:r w:rsidRPr="00267270">
        <w:rPr>
          <w:rFonts w:ascii="Arial" w:hAnsi="Arial" w:cs="Arial"/>
          <w:sz w:val="18"/>
          <w:szCs w:val="18"/>
        </w:rPr>
        <w:t>Datum narození: ____________________________________</w:t>
      </w:r>
    </w:p>
    <w:p w:rsidR="004678A2" w:rsidRPr="00267270" w:rsidRDefault="00267270">
      <w:pPr>
        <w:rPr>
          <w:rFonts w:ascii="Arial" w:hAnsi="Arial" w:cs="Arial"/>
          <w:sz w:val="18"/>
          <w:szCs w:val="18"/>
        </w:rPr>
      </w:pPr>
      <w:r w:rsidRPr="00267270">
        <w:rPr>
          <w:rFonts w:ascii="Arial" w:hAnsi="Arial" w:cs="Arial"/>
          <w:sz w:val="18"/>
          <w:szCs w:val="18"/>
        </w:rPr>
        <w:t>Rodné číslo: ____________________________________</w:t>
      </w:r>
    </w:p>
    <w:p w:rsidR="004678A2" w:rsidRPr="00267270" w:rsidRDefault="00267270">
      <w:pPr>
        <w:rPr>
          <w:rFonts w:ascii="Arial" w:hAnsi="Arial" w:cs="Arial"/>
          <w:sz w:val="18"/>
          <w:szCs w:val="18"/>
        </w:rPr>
      </w:pPr>
      <w:r w:rsidRPr="00267270">
        <w:rPr>
          <w:rFonts w:ascii="Arial" w:hAnsi="Arial" w:cs="Arial"/>
          <w:sz w:val="18"/>
          <w:szCs w:val="18"/>
        </w:rPr>
        <w:t>Státní občanství: ____________________________________</w:t>
      </w:r>
    </w:p>
    <w:p w:rsidR="004678A2" w:rsidRPr="00267270" w:rsidRDefault="00267270">
      <w:pPr>
        <w:rPr>
          <w:rFonts w:ascii="Arial" w:hAnsi="Arial" w:cs="Arial"/>
          <w:sz w:val="18"/>
          <w:szCs w:val="18"/>
        </w:rPr>
      </w:pPr>
      <w:r w:rsidRPr="00267270">
        <w:rPr>
          <w:rFonts w:ascii="Arial" w:hAnsi="Arial" w:cs="Arial"/>
          <w:sz w:val="18"/>
          <w:szCs w:val="18"/>
        </w:rPr>
        <w:t>Adresa trvalého bydliště: ____________________________________</w:t>
      </w:r>
    </w:p>
    <w:p w:rsidR="004678A2" w:rsidRPr="00267270" w:rsidRDefault="00267270">
      <w:pPr>
        <w:rPr>
          <w:rFonts w:ascii="Arial" w:hAnsi="Arial" w:cs="Arial"/>
          <w:sz w:val="18"/>
          <w:szCs w:val="18"/>
        </w:rPr>
      </w:pPr>
      <w:r w:rsidRPr="00267270">
        <w:rPr>
          <w:rFonts w:ascii="Arial" w:hAnsi="Arial" w:cs="Arial"/>
          <w:sz w:val="18"/>
          <w:szCs w:val="18"/>
        </w:rPr>
        <w:t>Zdravotní pojišťovna: ____________________________________</w:t>
      </w:r>
    </w:p>
    <w:p w:rsidR="004678A2" w:rsidRPr="00267270" w:rsidRDefault="00267270">
      <w:pPr>
        <w:rPr>
          <w:rFonts w:ascii="Arial" w:hAnsi="Arial" w:cs="Arial"/>
          <w:sz w:val="18"/>
          <w:szCs w:val="18"/>
        </w:rPr>
      </w:pPr>
      <w:r w:rsidRPr="00267270">
        <w:rPr>
          <w:rFonts w:ascii="Arial" w:hAnsi="Arial" w:cs="Arial"/>
          <w:sz w:val="18"/>
          <w:szCs w:val="18"/>
        </w:rPr>
        <w:t>Registrující pediatr: ____________________________________</w:t>
      </w:r>
    </w:p>
    <w:p w:rsidR="004678A2" w:rsidRPr="00267270" w:rsidRDefault="00267270">
      <w:pPr>
        <w:rPr>
          <w:rFonts w:ascii="Arial" w:hAnsi="Arial" w:cs="Arial"/>
          <w:sz w:val="18"/>
          <w:szCs w:val="18"/>
        </w:rPr>
      </w:pPr>
      <w:r w:rsidRPr="00267270">
        <w:rPr>
          <w:rFonts w:ascii="Arial" w:hAnsi="Arial" w:cs="Arial"/>
          <w:sz w:val="18"/>
          <w:szCs w:val="18"/>
        </w:rPr>
        <w:t>Datum nástupu do dětské skupiny: ____________________________________</w:t>
      </w:r>
    </w:p>
    <w:p w:rsidR="004678A2" w:rsidRPr="00267270" w:rsidRDefault="00267270">
      <w:pPr>
        <w:pStyle w:val="Nadpis2"/>
        <w:rPr>
          <w:rFonts w:ascii="Arial" w:hAnsi="Arial" w:cs="Arial"/>
          <w:sz w:val="22"/>
          <w:szCs w:val="22"/>
        </w:rPr>
      </w:pPr>
      <w:r w:rsidRPr="00267270">
        <w:rPr>
          <w:rFonts w:ascii="Arial" w:hAnsi="Arial" w:cs="Arial"/>
          <w:color w:val="1F4E79"/>
          <w:sz w:val="22"/>
          <w:szCs w:val="22"/>
        </w:rPr>
        <w:t>2. Zákonní zástupci</w:t>
      </w:r>
    </w:p>
    <w:p w:rsidR="004678A2" w:rsidRPr="00267270" w:rsidRDefault="00267270">
      <w:pPr>
        <w:pStyle w:val="Citaceintenzivn"/>
        <w:rPr>
          <w:rFonts w:ascii="Arial" w:hAnsi="Arial" w:cs="Arial"/>
          <w:sz w:val="18"/>
          <w:szCs w:val="18"/>
        </w:rPr>
      </w:pPr>
      <w:r w:rsidRPr="00267270">
        <w:rPr>
          <w:rFonts w:ascii="Arial" w:hAnsi="Arial" w:cs="Arial"/>
          <w:sz w:val="18"/>
          <w:szCs w:val="18"/>
        </w:rPr>
        <w:t>Matka</w:t>
      </w:r>
    </w:p>
    <w:p w:rsidR="004678A2" w:rsidRPr="00267270" w:rsidRDefault="00267270">
      <w:pPr>
        <w:rPr>
          <w:rFonts w:ascii="Arial" w:hAnsi="Arial" w:cs="Arial"/>
          <w:sz w:val="18"/>
          <w:szCs w:val="18"/>
        </w:rPr>
      </w:pPr>
      <w:r w:rsidRPr="00267270">
        <w:rPr>
          <w:rFonts w:ascii="Arial" w:hAnsi="Arial" w:cs="Arial"/>
          <w:sz w:val="18"/>
          <w:szCs w:val="18"/>
        </w:rPr>
        <w:t>Jméno a příjmení: ____________________________________</w:t>
      </w:r>
    </w:p>
    <w:p w:rsidR="004678A2" w:rsidRPr="00267270" w:rsidRDefault="00267270">
      <w:pPr>
        <w:rPr>
          <w:rFonts w:ascii="Arial" w:hAnsi="Arial" w:cs="Arial"/>
          <w:sz w:val="18"/>
          <w:szCs w:val="18"/>
        </w:rPr>
      </w:pPr>
      <w:r w:rsidRPr="00267270">
        <w:rPr>
          <w:rFonts w:ascii="Arial" w:hAnsi="Arial" w:cs="Arial"/>
          <w:sz w:val="18"/>
          <w:szCs w:val="18"/>
        </w:rPr>
        <w:t>Telefon: ____________________________________</w:t>
      </w:r>
    </w:p>
    <w:p w:rsidR="004678A2" w:rsidRPr="00267270" w:rsidRDefault="00267270">
      <w:pPr>
        <w:rPr>
          <w:rFonts w:ascii="Arial" w:hAnsi="Arial" w:cs="Arial"/>
          <w:sz w:val="18"/>
          <w:szCs w:val="18"/>
        </w:rPr>
      </w:pPr>
      <w:r w:rsidRPr="00267270">
        <w:rPr>
          <w:rFonts w:ascii="Arial" w:hAnsi="Arial" w:cs="Arial"/>
          <w:sz w:val="18"/>
          <w:szCs w:val="18"/>
        </w:rPr>
        <w:t>E-mail: ____________________________________</w:t>
      </w:r>
    </w:p>
    <w:p w:rsidR="004678A2" w:rsidRPr="00267270" w:rsidRDefault="00267270">
      <w:pPr>
        <w:rPr>
          <w:rFonts w:ascii="Arial" w:hAnsi="Arial" w:cs="Arial"/>
          <w:sz w:val="18"/>
          <w:szCs w:val="18"/>
        </w:rPr>
      </w:pPr>
      <w:r w:rsidRPr="00267270">
        <w:rPr>
          <w:rFonts w:ascii="Arial" w:hAnsi="Arial" w:cs="Arial"/>
          <w:sz w:val="18"/>
          <w:szCs w:val="18"/>
        </w:rPr>
        <w:t>Adresa (je-li odlišná): ____________________________________</w:t>
      </w:r>
    </w:p>
    <w:p w:rsidR="004678A2" w:rsidRPr="00267270" w:rsidRDefault="00267270">
      <w:pPr>
        <w:pStyle w:val="Citaceintenzivn"/>
        <w:rPr>
          <w:rFonts w:ascii="Arial" w:hAnsi="Arial" w:cs="Arial"/>
          <w:sz w:val="18"/>
          <w:szCs w:val="18"/>
        </w:rPr>
      </w:pPr>
      <w:r w:rsidRPr="00267270">
        <w:rPr>
          <w:rFonts w:ascii="Arial" w:hAnsi="Arial" w:cs="Arial"/>
          <w:sz w:val="18"/>
          <w:szCs w:val="18"/>
        </w:rPr>
        <w:t>Otec</w:t>
      </w:r>
    </w:p>
    <w:p w:rsidR="004678A2" w:rsidRPr="00267270" w:rsidRDefault="00267270">
      <w:pPr>
        <w:rPr>
          <w:rFonts w:ascii="Arial" w:hAnsi="Arial" w:cs="Arial"/>
          <w:sz w:val="18"/>
          <w:szCs w:val="18"/>
        </w:rPr>
      </w:pPr>
      <w:r w:rsidRPr="00267270">
        <w:rPr>
          <w:rFonts w:ascii="Arial" w:hAnsi="Arial" w:cs="Arial"/>
          <w:sz w:val="18"/>
          <w:szCs w:val="18"/>
        </w:rPr>
        <w:t>Jméno a příjmení: ____________________________________</w:t>
      </w:r>
    </w:p>
    <w:p w:rsidR="004678A2" w:rsidRPr="00267270" w:rsidRDefault="00267270">
      <w:pPr>
        <w:rPr>
          <w:rFonts w:ascii="Arial" w:hAnsi="Arial" w:cs="Arial"/>
          <w:sz w:val="18"/>
          <w:szCs w:val="18"/>
        </w:rPr>
      </w:pPr>
      <w:r w:rsidRPr="00267270">
        <w:rPr>
          <w:rFonts w:ascii="Arial" w:hAnsi="Arial" w:cs="Arial"/>
          <w:sz w:val="18"/>
          <w:szCs w:val="18"/>
        </w:rPr>
        <w:t>Telefon: ____________________________________</w:t>
      </w:r>
    </w:p>
    <w:p w:rsidR="004678A2" w:rsidRPr="00267270" w:rsidRDefault="00267270">
      <w:pPr>
        <w:rPr>
          <w:rFonts w:ascii="Arial" w:hAnsi="Arial" w:cs="Arial"/>
          <w:sz w:val="18"/>
          <w:szCs w:val="18"/>
        </w:rPr>
      </w:pPr>
      <w:r w:rsidRPr="00267270">
        <w:rPr>
          <w:rFonts w:ascii="Arial" w:hAnsi="Arial" w:cs="Arial"/>
          <w:sz w:val="18"/>
          <w:szCs w:val="18"/>
        </w:rPr>
        <w:t>E-mail: ____________________________________</w:t>
      </w:r>
    </w:p>
    <w:p w:rsidR="004678A2" w:rsidRPr="00267270" w:rsidRDefault="00267270">
      <w:pPr>
        <w:rPr>
          <w:rFonts w:ascii="Arial" w:hAnsi="Arial" w:cs="Arial"/>
          <w:sz w:val="18"/>
          <w:szCs w:val="18"/>
        </w:rPr>
      </w:pPr>
      <w:r w:rsidRPr="00267270">
        <w:rPr>
          <w:rFonts w:ascii="Arial" w:hAnsi="Arial" w:cs="Arial"/>
          <w:sz w:val="18"/>
          <w:szCs w:val="18"/>
        </w:rPr>
        <w:t>Adresa (je-li odlišná): ____________________________________</w:t>
      </w:r>
    </w:p>
    <w:p w:rsidR="004678A2" w:rsidRPr="00267270" w:rsidRDefault="00267270">
      <w:pPr>
        <w:pStyle w:val="Nadpis2"/>
        <w:rPr>
          <w:rFonts w:ascii="Arial" w:hAnsi="Arial" w:cs="Arial"/>
          <w:sz w:val="22"/>
          <w:szCs w:val="22"/>
        </w:rPr>
      </w:pPr>
      <w:r w:rsidRPr="00267270">
        <w:rPr>
          <w:rFonts w:ascii="Arial" w:hAnsi="Arial" w:cs="Arial"/>
          <w:color w:val="1F4E79"/>
          <w:sz w:val="22"/>
          <w:szCs w:val="22"/>
        </w:rPr>
        <w:t>3. Kontaktní osoba pro případ nouze</w:t>
      </w:r>
    </w:p>
    <w:p w:rsidR="004678A2" w:rsidRPr="00267270" w:rsidRDefault="00267270">
      <w:pPr>
        <w:rPr>
          <w:rFonts w:ascii="Arial" w:hAnsi="Arial" w:cs="Arial"/>
          <w:sz w:val="18"/>
          <w:szCs w:val="18"/>
        </w:rPr>
      </w:pPr>
      <w:r w:rsidRPr="00267270">
        <w:rPr>
          <w:rFonts w:ascii="Arial" w:hAnsi="Arial" w:cs="Arial"/>
          <w:sz w:val="18"/>
          <w:szCs w:val="18"/>
        </w:rPr>
        <w:t>Jméno a příjmení: ____________________________________</w:t>
      </w:r>
    </w:p>
    <w:p w:rsidR="004678A2" w:rsidRPr="00267270" w:rsidRDefault="00267270">
      <w:pPr>
        <w:rPr>
          <w:rFonts w:ascii="Arial" w:hAnsi="Arial" w:cs="Arial"/>
          <w:sz w:val="18"/>
          <w:szCs w:val="18"/>
        </w:rPr>
      </w:pPr>
      <w:r w:rsidRPr="00267270">
        <w:rPr>
          <w:rFonts w:ascii="Arial" w:hAnsi="Arial" w:cs="Arial"/>
          <w:sz w:val="18"/>
          <w:szCs w:val="18"/>
        </w:rPr>
        <w:t>Telefon: ____________________________________</w:t>
      </w:r>
    </w:p>
    <w:p w:rsidR="004678A2" w:rsidRPr="00267270" w:rsidRDefault="00267270">
      <w:pPr>
        <w:rPr>
          <w:rFonts w:ascii="Arial" w:hAnsi="Arial" w:cs="Arial"/>
          <w:sz w:val="18"/>
          <w:szCs w:val="18"/>
        </w:rPr>
      </w:pPr>
      <w:r w:rsidRPr="00267270">
        <w:rPr>
          <w:rFonts w:ascii="Arial" w:hAnsi="Arial" w:cs="Arial"/>
          <w:sz w:val="18"/>
          <w:szCs w:val="18"/>
        </w:rPr>
        <w:t>Vztah k dítěti: ____________________________________</w:t>
      </w:r>
    </w:p>
    <w:p w:rsidR="004678A2" w:rsidRPr="00267270" w:rsidRDefault="00267270">
      <w:pPr>
        <w:pStyle w:val="Nadpis2"/>
        <w:rPr>
          <w:rFonts w:ascii="Arial" w:hAnsi="Arial" w:cs="Arial"/>
          <w:sz w:val="22"/>
          <w:szCs w:val="22"/>
        </w:rPr>
      </w:pPr>
      <w:r w:rsidRPr="00267270">
        <w:rPr>
          <w:rFonts w:ascii="Arial" w:hAnsi="Arial" w:cs="Arial"/>
          <w:color w:val="1F4E79"/>
          <w:sz w:val="22"/>
          <w:szCs w:val="22"/>
        </w:rPr>
        <w:t>4. Zdravotní informace</w:t>
      </w:r>
    </w:p>
    <w:p w:rsidR="004678A2" w:rsidRPr="00267270" w:rsidRDefault="00267270">
      <w:pPr>
        <w:rPr>
          <w:rFonts w:ascii="Arial" w:hAnsi="Arial" w:cs="Arial"/>
          <w:sz w:val="18"/>
          <w:szCs w:val="18"/>
        </w:rPr>
      </w:pPr>
      <w:r w:rsidRPr="00267270">
        <w:rPr>
          <w:rFonts w:ascii="Arial" w:hAnsi="Arial" w:cs="Arial"/>
          <w:sz w:val="18"/>
          <w:szCs w:val="18"/>
        </w:rPr>
        <w:t>Alergie:</w:t>
      </w:r>
      <w:r w:rsidRPr="00267270">
        <w:rPr>
          <w:rFonts w:ascii="Arial" w:hAnsi="Arial" w:cs="Arial"/>
          <w:sz w:val="18"/>
          <w:szCs w:val="18"/>
        </w:rPr>
        <w:br/>
        <w:t>________________________________________</w:t>
      </w:r>
    </w:p>
    <w:p w:rsidR="004678A2" w:rsidRPr="00267270" w:rsidRDefault="00267270">
      <w:pPr>
        <w:rPr>
          <w:rFonts w:ascii="Arial" w:hAnsi="Arial" w:cs="Arial"/>
          <w:sz w:val="18"/>
          <w:szCs w:val="18"/>
        </w:rPr>
      </w:pPr>
      <w:r w:rsidRPr="00267270">
        <w:rPr>
          <w:rFonts w:ascii="Arial" w:hAnsi="Arial" w:cs="Arial"/>
          <w:sz w:val="18"/>
          <w:szCs w:val="18"/>
        </w:rPr>
        <w:lastRenderedPageBreak/>
        <w:t>Pravidelně užívané léky:</w:t>
      </w:r>
      <w:r w:rsidRPr="00267270">
        <w:rPr>
          <w:rFonts w:ascii="Arial" w:hAnsi="Arial" w:cs="Arial"/>
          <w:sz w:val="18"/>
          <w:szCs w:val="18"/>
        </w:rPr>
        <w:br/>
        <w:t>________________________________________</w:t>
      </w:r>
    </w:p>
    <w:p w:rsidR="004678A2" w:rsidRPr="00267270" w:rsidRDefault="00267270">
      <w:pPr>
        <w:rPr>
          <w:rFonts w:ascii="Arial" w:hAnsi="Arial" w:cs="Arial"/>
          <w:sz w:val="18"/>
          <w:szCs w:val="18"/>
        </w:rPr>
      </w:pPr>
      <w:r w:rsidRPr="00267270">
        <w:rPr>
          <w:rFonts w:ascii="Arial" w:hAnsi="Arial" w:cs="Arial"/>
          <w:sz w:val="18"/>
          <w:szCs w:val="18"/>
        </w:rPr>
        <w:t>Chronická onemocnění:</w:t>
      </w:r>
      <w:r w:rsidRPr="00267270">
        <w:rPr>
          <w:rFonts w:ascii="Arial" w:hAnsi="Arial" w:cs="Arial"/>
          <w:sz w:val="18"/>
          <w:szCs w:val="18"/>
        </w:rPr>
        <w:br/>
        <w:t>________________________________________</w:t>
      </w:r>
    </w:p>
    <w:p w:rsidR="004678A2" w:rsidRPr="00267270" w:rsidRDefault="00267270">
      <w:pPr>
        <w:rPr>
          <w:rFonts w:ascii="Arial" w:hAnsi="Arial" w:cs="Arial"/>
          <w:sz w:val="18"/>
          <w:szCs w:val="18"/>
        </w:rPr>
      </w:pPr>
      <w:r w:rsidRPr="00267270">
        <w:rPr>
          <w:rFonts w:ascii="Arial" w:hAnsi="Arial" w:cs="Arial"/>
          <w:sz w:val="18"/>
          <w:szCs w:val="18"/>
        </w:rPr>
        <w:t>Dietní omezení:</w:t>
      </w:r>
      <w:r w:rsidRPr="00267270">
        <w:rPr>
          <w:rFonts w:ascii="Arial" w:hAnsi="Arial" w:cs="Arial"/>
          <w:sz w:val="18"/>
          <w:szCs w:val="18"/>
        </w:rPr>
        <w:br/>
        <w:t>________________________________________</w:t>
      </w:r>
    </w:p>
    <w:p w:rsidR="004678A2" w:rsidRPr="00267270" w:rsidRDefault="00267270">
      <w:pPr>
        <w:rPr>
          <w:rFonts w:ascii="Arial" w:hAnsi="Arial" w:cs="Arial"/>
          <w:sz w:val="18"/>
          <w:szCs w:val="18"/>
        </w:rPr>
      </w:pPr>
      <w:r w:rsidRPr="00267270">
        <w:rPr>
          <w:rFonts w:ascii="Arial" w:hAnsi="Arial" w:cs="Arial"/>
          <w:sz w:val="18"/>
          <w:szCs w:val="18"/>
        </w:rPr>
        <w:t>Další důležité informace:</w:t>
      </w:r>
      <w:r w:rsidRPr="00267270">
        <w:rPr>
          <w:rFonts w:ascii="Arial" w:hAnsi="Arial" w:cs="Arial"/>
          <w:sz w:val="18"/>
          <w:szCs w:val="18"/>
        </w:rPr>
        <w:br/>
        <w:t>________________________________________</w:t>
      </w:r>
    </w:p>
    <w:p w:rsidR="004678A2" w:rsidRPr="00267270" w:rsidRDefault="00267270">
      <w:pPr>
        <w:pStyle w:val="Nadpis2"/>
        <w:rPr>
          <w:rFonts w:ascii="Arial" w:hAnsi="Arial" w:cs="Arial"/>
          <w:sz w:val="22"/>
          <w:szCs w:val="22"/>
        </w:rPr>
      </w:pPr>
      <w:r w:rsidRPr="00267270">
        <w:rPr>
          <w:rFonts w:ascii="Arial" w:hAnsi="Arial" w:cs="Arial"/>
          <w:color w:val="1F4E79"/>
          <w:sz w:val="22"/>
          <w:szCs w:val="22"/>
        </w:rPr>
        <w:t>5. Prohlášení zákonného zástupce</w:t>
      </w:r>
    </w:p>
    <w:p w:rsidR="004678A2" w:rsidRPr="00267270" w:rsidRDefault="00267270">
      <w:pPr>
        <w:rPr>
          <w:rFonts w:ascii="Arial" w:hAnsi="Arial" w:cs="Arial"/>
          <w:sz w:val="18"/>
          <w:szCs w:val="18"/>
        </w:rPr>
      </w:pPr>
      <w:r w:rsidRPr="00267270">
        <w:rPr>
          <w:rFonts w:ascii="Arial" w:hAnsi="Arial" w:cs="Arial"/>
          <w:sz w:val="18"/>
          <w:szCs w:val="18"/>
        </w:rPr>
        <w:t>Potvrzuji správnost uvedených údajů a zavazuji se bez zbytečného odkladu oznámit poskytovateli každou změnu údajů uvedených v tomto evidenčním listu.</w:t>
      </w:r>
    </w:p>
    <w:p w:rsidR="004678A2" w:rsidRPr="00267270" w:rsidRDefault="00267270">
      <w:pPr>
        <w:rPr>
          <w:rFonts w:ascii="Arial" w:hAnsi="Arial" w:cs="Arial"/>
          <w:sz w:val="18"/>
          <w:szCs w:val="18"/>
        </w:rPr>
      </w:pPr>
      <w:r w:rsidRPr="00267270">
        <w:rPr>
          <w:rFonts w:ascii="Arial" w:hAnsi="Arial" w:cs="Arial"/>
          <w:sz w:val="18"/>
          <w:szCs w:val="18"/>
        </w:rPr>
        <w:t>V __________________ dne __________________</w:t>
      </w:r>
    </w:p>
    <w:p w:rsidR="004678A2" w:rsidRPr="00267270" w:rsidRDefault="00267270">
      <w:pPr>
        <w:rPr>
          <w:rFonts w:ascii="Arial" w:hAnsi="Arial" w:cs="Arial"/>
          <w:sz w:val="18"/>
          <w:szCs w:val="18"/>
        </w:rPr>
      </w:pPr>
      <w:r w:rsidRPr="00267270">
        <w:rPr>
          <w:rFonts w:ascii="Arial" w:hAnsi="Arial" w:cs="Arial"/>
          <w:sz w:val="18"/>
          <w:szCs w:val="18"/>
        </w:rPr>
        <w:t>Podpis zákonného zástupce: __________________________</w:t>
      </w:r>
    </w:p>
    <w:sectPr w:rsidR="004678A2" w:rsidRPr="00267270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002A" w:rsidRDefault="00E3002A" w:rsidP="00DD6EEE">
      <w:pPr>
        <w:spacing w:after="0" w:line="240" w:lineRule="auto"/>
      </w:pPr>
      <w:r>
        <w:separator/>
      </w:r>
    </w:p>
  </w:endnote>
  <w:endnote w:type="continuationSeparator" w:id="1">
    <w:p w:rsidR="00E3002A" w:rsidRDefault="00E3002A" w:rsidP="00DD6E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002A" w:rsidRDefault="00E3002A" w:rsidP="00DD6EEE">
      <w:pPr>
        <w:spacing w:after="0" w:line="240" w:lineRule="auto"/>
      </w:pPr>
      <w:r>
        <w:separator/>
      </w:r>
    </w:p>
  </w:footnote>
  <w:footnote w:type="continuationSeparator" w:id="1">
    <w:p w:rsidR="00E3002A" w:rsidRDefault="00E3002A" w:rsidP="00DD6E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EEE" w:rsidRDefault="00DD6EEE" w:rsidP="00DD6EEE">
    <w:pPr>
      <w:pStyle w:val="Zhlav"/>
      <w:jc w:val="right"/>
    </w:pPr>
    <w:r>
      <w:rPr>
        <w:rFonts w:eastAsia="Arial"/>
        <w:color w:val="666666"/>
        <w:sz w:val="16"/>
      </w:rPr>
      <w:t>Základní škola Františka Horenského, Boršice, příspěvková organizace</w:t>
    </w:r>
  </w:p>
  <w:p w:rsidR="00DD6EEE" w:rsidRDefault="00DD6EEE" w:rsidP="00DD6EEE">
    <w:pPr>
      <w:pStyle w:val="Zhlav"/>
    </w:pPr>
  </w:p>
  <w:p w:rsidR="00DD6EEE" w:rsidRDefault="00DD6EEE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15074B"/>
    <w:rsid w:val="001656E8"/>
    <w:rsid w:val="00267270"/>
    <w:rsid w:val="0029639D"/>
    <w:rsid w:val="00326F90"/>
    <w:rsid w:val="004678A2"/>
    <w:rsid w:val="00AA1D8D"/>
    <w:rsid w:val="00B47730"/>
    <w:rsid w:val="00CB0664"/>
    <w:rsid w:val="00DD6EEE"/>
    <w:rsid w:val="00E3002A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"/>
    <w:next w:val="Normln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ace">
    <w:name w:val="Quote"/>
    <w:basedOn w:val="Normln"/>
    <w:next w:val="Normln"/>
    <w:link w:val="CitaceChar"/>
    <w:uiPriority w:val="29"/>
    <w:qFormat/>
    <w:rsid w:val="00FC693F"/>
    <w:rPr>
      <w:i/>
      <w:iCs/>
      <w:color w:val="000000" w:themeColor="text1"/>
    </w:rPr>
  </w:style>
  <w:style w:type="character" w:customStyle="1" w:styleId="CitaceChar">
    <w:name w:val="Citace Char"/>
    <w:basedOn w:val="Standardnpsmoodstavce"/>
    <w:link w:val="Citace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vraznn">
    <w:name w:val="Emphasis"/>
    <w:basedOn w:val="Standardnpsmoodstavce"/>
    <w:uiPriority w:val="20"/>
    <w:qFormat/>
    <w:rsid w:val="00FC693F"/>
    <w:rPr>
      <w:i/>
      <w:iCs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9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260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1793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Acer</cp:lastModifiedBy>
  <cp:revision>5</cp:revision>
  <dcterms:created xsi:type="dcterms:W3CDTF">2013-12-23T23:15:00Z</dcterms:created>
  <dcterms:modified xsi:type="dcterms:W3CDTF">2026-07-20T19:56:00Z</dcterms:modified>
  <cp:category/>
</cp:coreProperties>
</file>